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4"/>
        </w:rPr>
        <w:t>AIM FASHION</w:t>
      </w:r>
    </w:p>
    <w:p>
      <w:pPr>
        <w:jc w:val="center"/>
      </w:pPr>
      <w:r>
        <w:rPr>
          <w:rFonts w:ascii="Arial" w:hAnsi="Arial"/>
          <w:b/>
          <w:sz w:val="26"/>
        </w:rPr>
        <w:t>FORMULÁŘ PRO ODSTOUPENÍ OD KUPNÍ SMLOUVY</w:t>
      </w:r>
    </w:p>
    <w:p>
      <w:r>
        <w:t>Tento formulář můžete použít, pokud chcete jako spotřebitel odstoupit od kupní smlouvy uzavřené na dálku. Vyplněný formulář zašlete na aimfashion@email.cz nebo jej přiložte k vracenému zboží. Použití formuláře není povinné; odstoupení lze oznámit i jiným jednoznačným prohlášením.</w:t>
      </w:r>
    </w:p>
    <w:p>
      <w:pPr>
        <w:pStyle w:val="Heading1"/>
      </w:pPr>
      <w:r>
        <w:t>Prodávající</w:t>
      </w:r>
    </w:p>
    <w:p>
      <w:r>
        <w:t>Barbora Chytilová – AIM FASHION</w:t>
        <w:br/>
        <w:t>IČO: 06864767</w:t>
        <w:br/>
        <w:t>Sídlo: Prokopa Holého 1548, 349 01 Stříbro</w:t>
        <w:br/>
        <w:t>E-mail: aimfashion@email.cz</w:t>
        <w:br/>
        <w:t>Telefon: +420 731 466 359</w:t>
      </w:r>
    </w:p>
    <w:p>
      <w:pPr>
        <w:pStyle w:val="Heading1"/>
      </w:pPr>
      <w:r>
        <w:t>Údaje zákazníka</w:t>
      </w:r>
    </w:p>
    <w:p>
      <w:r>
        <w:t>Jméno a příjmení: __________________________________________________</w:t>
      </w:r>
    </w:p>
    <w:p>
      <w:r>
        <w:t>Adresa: ____________________________________________________________</w:t>
      </w:r>
    </w:p>
    <w:p>
      <w:r>
        <w:t>E-mail: ______________________________  Telefon (nepovinné): __________________</w:t>
      </w:r>
    </w:p>
    <w:p>
      <w:r>
        <w:t>Číslo objednávky: ___________________________________________________</w:t>
      </w:r>
    </w:p>
    <w:p>
      <w:r>
        <w:t>Datum objednání: _____________________  Datum převzetí zboží: __________________</w:t>
      </w:r>
    </w:p>
    <w:p>
      <w:pPr>
        <w:pStyle w:val="Heading1"/>
      </w:pPr>
      <w:r>
        <w:t>Oznamuji, že odstupuji od kupní smlouvy</w:t>
      </w:r>
    </w:p>
    <w:p>
      <w:r>
        <w:t>Vracené zboží (název / varianta / velikost / počet kusů):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Žádám o vrácení uhrazených peněžních prostředků zákonným způsobem. Pokud je to možné, uveďte níže účet pro vrácení platby; nemusíte jej vyplňovat, pokud se s prodávajícím dohodnete na jiném zákonném způsobu vrácení.</w:t>
      </w:r>
    </w:p>
    <w:p>
      <w:r>
        <w:t>Číslo účtu (nepovinné): __________________________________________________</w:t>
      </w:r>
    </w:p>
    <w:p>
      <w:r>
        <w:br/>
        <w:t>Datum: ______________________________</w:t>
      </w:r>
    </w:p>
    <w:p>
      <w:r>
        <w:t>Podpis zákazníka (pouze pokud je formulář zasílán v listinné podobě):</w:t>
      </w:r>
    </w:p>
    <w:p>
      <w:r>
        <w:t>________________________________________________________________________</w:t>
      </w:r>
    </w:p>
    <w:p>
      <w:r>
        <w:br/>
        <w:t>Poznámka: Zboží odešlete zpět nejpozději do 14 dnů od oznámení odstoupení od smlouvy. Přímé náklady na vrácení zboží hradí zákazník, pokud právní předpisy nestanoví jinak.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